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מיון אמצעים ספרותיים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"מיון אמצעים ספרותיים": מזהים את האמצעי בכל דוגמה מן היצירות, ממיינים ומסבירים את תרומתו. הדוגמאות לקוחות מעמודי היצירות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הצבא שואל "ממה מת?" – ומיד דורש לנסוע מהר יותר. (יגון)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אירוניה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לבן כולו, "כמו רוח רפאים". (יגון)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"הייתי אשת-הבובה שלך". (בית בובות)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המושג לבין ההגדרה.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2–ד,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דוגמה לאמצעי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ניגוד: עליזות הצעירים מול יגונו השקט של יונה، האב הקר מול המורה השכנה החמה، הבית הרועש מול הדירה השקטה | סמל: האסקופה – הסף בין הבית לרחוב، עץ חג המולד שהופך למרוט، התיק השחור, הגדוש עד להתפקע | אירוניה: הסבל משבח את השקט העמוק בדירה، האב לוחש ברוך בטלפון אך אינו מדבר עם בנו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אמצעי אחד מחלק ב׳ והסבירו מה הוא תורם ליצירה.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הניגוד בין האב למורה מדגיש מה חסר לילד; האירוניה בדברי הסבל רומזת שהשקט קרוב למוות.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בחרו יצירה אחת והסבירו כיצד שני אמצעים ספרותיים בה תורמים למשמעותה (טענה, דוגמה לכל אמצעי, הסבר וסיכום).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טענה; שני אמצעים נכונים עם דוגמה מן היצירה (ציטוט עד 8 מילים); הסבר תרומה לכל אחד; סיכום. מושגים בשימוש נכון.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סמל: דבר מוחשי שמייצג רעיון (הגדר, התיק השחור). ניגוד – דברים הפוכים זה מול זה; הקבלה – דברים בנויים או מתנהגים באופן דומה.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"מיון אמצעים ספרותיים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🗂️ מיון אמצעים ספרותיים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איזה אמצעי יש בדוגמה? סמנו.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איש הצבא שואל "ממה מת?" – ומיד דורש לנסוע מהר יותר. (יגון)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אירוניה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חריזה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יונה לבן כולו, "כמו רוח רפאים". (יגון)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פרדוקס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הוראות במה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"הייתי אשת-הבובה שלך". (בית בובות)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מטפורה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אנלוגיה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המושג לבין ההגדרה.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נאמר או קורה ההפך מן המצופה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שני דברים הפוכים זה מול זה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שני חלקים בנויים באותו מבנה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הקבלה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דבר מוחשי שמייצג רעיון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מיינו כל דוגמה לאמצעי שלה.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התיק השחור, הגדוש עד להתפקע   ·   הבית הרועש מול הדירה השקטה   ·   האב הקר מול המורה השכנה החמה   ·   עץ חג המולד שהופך למרוט   ·   האסקופה – הסף בין הבית לרחוב   ·   עליזות הצעירים מול יגונו השקט של יונה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ניגוד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סמל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אירוניה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בחרו אמצעי אחד מחלק ב׳ והסבירו מה הוא תורם ליצירה.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בנוסח בגרות: בחרו יצירה אחת והסבירו כיצד שני אמצעים ספרותיים בה תורמים למשמעותה (טענה, דוגמה לכל אמצעי, הסבר וסיכום).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מהו סמל? 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מה ההבדל בין ניגוד לבין הקבלה?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מיון אמצעים ספרותיים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