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מיון אמצעים ספרותיים – דף תרגול (עולים)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גרסת נייר למשחק "מיון אמצעים ספרותיים": מזהים את האמצעי בכל דוגמה מן היצירות, ממיינים ומסבירים את תרומתו. הדוגמאות לקוחות מעמודי היצירות באתר.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עולים: גרסת עולים: מילון מילים בראש הדף, הוראות קצרות בעברית פשוטה, מחסן מילים להשלמות. מומלץ לעבוד בזוגות ולאפשר שימוש במילון.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איש הצבא שואל "ממה מת?" – ומיד דורש לנסוע מהר יותר. (יגון)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אירוניה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יונה לבן כולו, "כמו רוח רפאים". (יגון)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דימוי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"הייתי אשת-הבובה שלך". (בית בובות)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מטפורה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עץ התפוח מושיט לנח פרי, כאילו אומר "טול, שלך הם". (מאחורי הגדר)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האנשה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שמות החיבה "עפרונית" ו"סנאי" ואיסור המקרונים כבר במערכה הראשונה. (בית בובות)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רמז מטרים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עפר של חורבה יקר יותר מכל טוב ספרד. (ליבי במזרח)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פרדוקס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"בסוף: נשמע קול של דלת נטרקת" ב"בית בובות" הוא דוגמה להוראות במה.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חברו כל מושג להסבר שלו.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1–ג, 2–א, 3–ה, 4–ד, 5–ב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מיינו: ניגוד, סמל או אירוניה?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ניגוד: עליזות הצעירים מול יגונו השקט של יונה، האב הקר מול המורה השכנה החמה، הבית הרועש מול הדירה השקטה | סמל: האסקופה – הסף בין הבית לרחוב، עץ חג המולד שהופך למרוט، התיק השחור, הגדוש עד להתפקע | אירוניה: הסבל משבח את השקט העמוק בדירה، האב לוחש ברוך בטלפון אך אינו מדבר עם בנו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הדוגמה לבין היצירה.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1–ד, 2–ב, 3–ג, 4–א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אמצעי אחד. מה הוא עוזר להבין ביצירה?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למשל: הניגוד בין האב למורה מדגיש מה חסר לילד; האירוניה בדברי הסבל רומזת שהשקט קרוב למוות.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יצירה. כתבו על שני אמצעים בה: מה הדוגמה, ומה היא מלמדת?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טענה; שני אמצעים נכונים עם דוגמה מן היצירה (ציטוט עד 8 מילים); הסבר תרומה לכל אחד; סיכום. מושגים בשימוש נכון.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סמל: דבר מוחשי שמייצג רעיון (הגדר, התיק השחור). ניגוד – דברים הפוכים זה מול זה; הקבלה – דברים בנויים או מתנהגים באופן דומה.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"מיון אמצעים ספרותיים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🗂️ מיון אמצעים ספרותיים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🌍 עולים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📖 מילים שכדאי לדעת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בעברית קלה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שני דברים הפוכים זה מול זה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contrast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סמל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דבר שמייצג רעיון גדול יותר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symbol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אירוניה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כשנאמר או קורה ההפך ממה שמצפים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irony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השוואה, לרוב עם "כמו"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simile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מטפורה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 בלי "כמו"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metaphor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הקבלה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שני חלקים בנויים באותו מבנה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parallelism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האנשה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לתת לדבר או לחיה תכונה של אדם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personification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מילים שחוזרות כמה פעמים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repetition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רמז מטרים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רמז מוקדם למה שיקרה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foreshadowing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הבנה ומידע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איזה אמצעי יש בדוגמה? סמנו.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איש הצבא שואל "ממה מת?" – ומיד דורש לנסוע מהר יותר. (יגון)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דימוי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אירוניה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חריזה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סיום פתוח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יונה לבן כולו, "כמו רוח רפאים". (יגון)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דימוי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פרדוקס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הוראות במה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מונולוג פנימי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"הייתי אשת-הבובה שלך". (בית בובות)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חזרה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מטפורה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אנלוגיה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חריזה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עץ התפוח מושיט לנח פרי, כאילו אומר "טול, שלך הם". (מאחורי הגדר)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האנשה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הוראות במה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סיום סגור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הקבלה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שמות החיבה "עפרונית" ו"סנאי" ואיסור המקרונים כבר במערכה הראשונה. (בית בובות)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רמז מטרים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חריזה ומשקל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דימוי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פרדוקס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עפר של חורבה יקר יותר מכל טוב ספרד. (ליבי במזרח)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דיאלוג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פרדוקס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מונולוג פנימי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הוראות במה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"בסוף: נשמע קול של דלת נטרקת" ב"בית בובות" הוא דוגמה להוראות במה.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התאמה, סדר ומיון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חברו בקו, מספרו, מיינו.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חברו כל מושג להסבר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דבר מוחשי שמייצג רעיון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סמל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תכונה אנושית לחפץ, לצמח או לחיה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אירוניה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שני דברים הפוכים זה מול זה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הקבלה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שני חלקים בנויים באותו מבנה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האנשה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נאמר או קורה ההפך מן המצופה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מיינו: ניגוד, סמל או אירוניה?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עץ חג המולד שהופך למרוט   ·   עליזות הצעירים מול יגונו השקט של יונה   ·   האב לוחש ברוך בטלפון אך אינו מדבר עם בנו   ·   האסקופה – הסף בין הבית לרחוב   ·   האב הקר מול המורה השכנה החמה   ·   התיק השחור, הגדוש עד להתפקע   ·   הבית הרועש מול הדירה השקטה   ·   הסבל משבח את השקט העמוק בדירה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ניגוד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סמל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אירוניה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התאימו בין הדוגמה לבין היצירה.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"ציון בחבל אדום ואני בכבל ערב" (הקבלה)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מאחורי הגדר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"הבן שלי מת השבוע" חוזר בכל מפגש (חזרה)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יגון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ארז המוכה והילד הפגוע (הקבלה)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התיק השחור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הנערים מציצים "כזבובים" (דימוי)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ליבי במזרח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כתיבה ופרשנות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משפטים מלאים. השתמשו בדוגמה מהסיפור.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בחרו אמצעי אחד. מה הוא עוזר להבין ביצירה?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בחרו יצירה. כתבו על שני אמצעים בה: מה הדוגמה, ומה היא מלמדת?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מהו סמל? תנו דוגמה.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ההבדל בין ניגוד לבין הקבלה?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השלימו: "האמצעי שהכי קל לי לזהות הוא... כי..."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מיון אמצעים ספרותיים – דף תרגול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