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מיון אמצעים ספרותיים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"מיון אמצעים ספרותיים": מזהים את האמצעי בכל דוגמה מן היצירות, ממיינים ומסבירים את תרומתו. הדוגמאות לקוחות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הצבא שואל "ממה מת?" – ומיד דורש לנסוע מהר יותר.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יונה לבן כולו, "כמו רוח רפאים". (יגון)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דימוי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"הייתי אשת-הבובה שלך". (בית בובות)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מטפורה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התפוח מושיט לנח פרי, כאילו אומר "טול, שלך הם". (מאחורי הגדר)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האנשה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שמות החיבה "עפרונית" ו"סנאי" ואיסור המקרונים כבר במערכה הראשונה. (בית בובות)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רמז מטרים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עפר של חורבה יקר יותר מכל טוב ספרד. (ליבי במזרח)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פרדוקס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"בסוף: נשמע קול של דלת נטרקת" ב"בית בובות" הוא דוגמה להוראות במה.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המושג לבין ההגדרה.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1–ה, 2–א, 3–ב, 4–ג, 5–ד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לאמצעי שלה.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ניגוד: עליזות הצעירים מול יגונו השקט של יונה، האב הקר מול המורה השכנה החמה، הבית הרועש מול הדירה השקטה | סמל: האסקופה – הסף בין הבית לרחוב، עץ חג המולד שהופך למרוט، התיק השחור, הגדוש עד להתפקע | אירוניה: הסבל משבח את השקט העמוק בדירה، האב לוחש ברוך בטלפון אך אינו מדבר עם בנו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הדוגמה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דימוי לבין מטפורה? תנו דוגמה לכל אחד מן היצירות.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השוואה עם "כמו" ("כמו רוח רפאים"); מטפורה – בלי "כמו" ("אשת-הבובה").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אמצעי אחד מחלק ב׳ והסבירו מה הוא תורם ליצירה.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הניגוד בין האב למורה מדגיש מה חסר לילד; האירוניה בדברי הסבל רומזת שהשקט קרוב למוות.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מקורי משלכם עם האנשה, ומשפט מקורי עם ניגוד.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משפטים מקוריים נכונים: תכונה אנושית לדבר לא אנושי; שני דברים הפוכים זה מול זה.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בחרו יצירה אחת והסבירו כיצד שני אמצעים ספרותיים בה תורמים למשמעותה (טענה, דוגמה לכל אמצעי, הסבר וסיכום).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טענה; שני אמצעים נכונים עם דוגמה מן היצירה (ציטוט עד 8 מילים); הסבר תרומה לכל אחד; סיכום. מושגים בשימוש נכון.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סמל: דבר מוחשי שמייצג רעיון (הגדר, התיק השחור). ניגוד – דברים הפוכים זה מול זה; הקבלה – דברים בנויים או מתנהגים באופן דומה.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"מיון אמצעים ספרותיים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🗂️ מיון אמצעים ספרותיים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זהו את האמצעי הספרותי בכל דוגמה וסמנו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איש הצבא שואל "ממה מת?" – ומיד דורש לנסוע מהר יותר. (יגון)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אירוניה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חריזה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פתוח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יונה לבן כולו, "כמו רוח רפאים". (יגון)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פרדוקס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מונולוג פנימי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"הייתי אשת-הבובה שלך". (בית בובות)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מטפורה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אנלוגיה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חריזה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עץ התפוח מושיט לנח פרי, כאילו אומר "טול, שלך הם". (מאחורי הגדר)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האנשה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סיום סגור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הקבלה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שמות החיבה "עפרונית" ו"סנאי" ואיסור המקרונים כבר במערכה הראשונה. (בית בובות)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רמז מטרים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חריזה ומשקל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דימוי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פרדוקס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עפר של חורבה יקר יותר מכל טוב ספרד. (ליבי במזרח)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דיאלוג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פרדוקס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מונולוג פנימי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"בסוף: נשמע קול של דלת נטרקת" ב"בית בובות" הוא דוגמה להוראות במה.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בצעו את המשימות: מתחו קו, מספרו לפי הסדר, מיינו לטבלה וענו בקצרה.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התאימו בין המושג לבין ההגדרה.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נאמר או קורה ההפך מן המצופה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חלקים בנויים באותו מבנה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הקבלה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תכונה אנושית לחפץ, לצמח או לחיה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מול זה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דוגמה לאמצעי שלה.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הסבל משבח את השקט העמוק בדירה   ·   האב הקר מול המורה השכנה החמה   ·   הבית הרועש מול הדירה השקטה   ·   האסקופה – הסף בין הבית לרחוב   ·   עץ חג המולד שהופך למרוט   ·   עליזות הצעירים מול יגונו השקט של יונה   ·   האב לוחש ברוך בטלפון אך אינו מדבר עם בנו   ·   התיק השחור, הגדוש עד להתפקע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ניגוד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סמל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הדוגמה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"ציון בחבל אדום ואני בכבל ערב" (הקבלה)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מאחורי הגדר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"הבן שלי מת השבוע" חוזר בכל מפגש (חזרה)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יגון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ארז המוכה והילד הפגוע (הקבלה)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התיק השחור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הנערים מציצים "כזבובים" (דימוי)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מה ההבדל בין דימוי לבין מטפורה? תנו דוגמה לכל אחד מן היצירות.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תשובות מלאות. בתשובה הארוכה הקפידו על טענה, ביסוס (דוגמה מהיצירה), הסבר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אמצעי אחד מחלק ב׳ והסבירו מה הוא תורם ליצירה.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משפט מקורי משלכם עם האנשה, ומשפט מקורי עם ניגוד.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פסקה בנוסח בגרות: בחרו יצירה אחת והסבירו כיצד שני אמצעים ספרותיים בה תורמים למשמעותה (טענה, דוגמה לכל אמצעי, הסבר וסיכום).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מהו סמל? 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ההבדל בין ניגוד לבין הקבלה?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"האמצעי שהכי קל לי לזהות הוא...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מיון אמצעים ספרותיים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