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בונים פסקה – דף תרגול (רגיל)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גרסת נייר למשחק "בונים פסקה": מזהים טענה, ביסוס, הסבר וסיכום, מסדרים פסקה בסדר הנכון, משתמשים במילות קישור וכותבים פסקה משלכם. המשפטים לקוחים מתשובות המופת באתר.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רגיל: הגרסה הרגילה: כל הפריטים. מומלץ 30–40 דקות, אפשר לחלק לשני שיעורים.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מהו הסדר המומלץ לפסקה בתשובת בגרות?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טענה ← ביסוס ← הסבר ← סיכום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משפט הוא משפט טענה?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סיום "בית בובות" סגור ופתוח בעת ובעונה אחת.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הסבר הוא חזרה על הציטוט במילים אחרות.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הסבר מקשר את הדוגמה לטענה: למה היא מוכיחה אותה ("הדבר מראה ש...").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המילה "____" היא מילת קישור של תוצאה, ומתאימה לפתיחת משפט הסיכום.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לכן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איזו מילת קישור מבטאת ניגוד?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לעומת זאת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איזו מילת קישור מבטאת סיבה?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משום 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בסיכום כדאי לחזור לטענה ולהוסיף מה היצירה מלמדת.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משפטי הפסקה על "בית בובות" לפי הסדר.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ג → ה → א → ב → 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כל משפט לתפקיד שלו בפסקה על "יגון".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טענה: "יגון" מבקר חברה שאינה מקשיבה לכאבו של היחיד. | ביסוס: יונה פונה לאיש הצבא, לצעירים, לשוער ולעגלון הצעיר.، בסוף הלילה יונה מספר הכול לסוסה. | הסבר: החזרה על אותו דגם מראה שזו אדישות של חברה שלמה.، דווקא בעל חיים "מקשיב" – החיה אנושית מבני האדם. | סיכום: כך הביקורת הופכת לקריאה לאמפתיה ולמעורבות.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בין מילת הקישור לבין התפקיד שלה.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1–א, 2–ב, 3–ד, 4–ג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לפניכם ביסוס: "בסוף נח מתחתן עם בת המוכסן, ומארינקא מציצה דרך סדק." כתבו משפט הסבר שמתאים לו.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למשל: "הדבר מראה שהמוסכמות גברו על הלב: מה שהיה פתח לקשר הפך לחלון של נידוי."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משפט טענה לשאלה: "מה תפקיד הסוסה בסיפור יגון?"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למשל: "הסוסה היא המאזינה היחידה של יונה, וכך מודגשת האדישות של בני האדם."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הוסיפו לטענה שכתבתם ביסוס אחד מהסיפור והסבר אחד.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ביסוס: בסוף יונה מספר הכול לסוסה (או: הסוסה קפואה ולבנה כמוהו בפתיחה). הסבר: היצור הלא-אנושי מגלה יותר אנושיות מבני האדם.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פסקה שלמה (טענה, שני ביסוסים, הסבר לכל ביסוס, סיכום) על אחת השאלות בעמוד "בונים פסקה". סמנו בצבע או בקו מתחת את ארבעת החלקים, והשתמשו בשתי מילות קישור לפחות.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פסקה בנויה נכון, עם ארבעת החלקים מסומנים, ביסוס מדויק מהיצירה, הסבר אמיתי ושתי מילות קישור לפחות.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טענה ← ביסוס ← הסבר ← סיכום. ניגוד: אבל, אולם, לעומת זאת; תוצאה: לכן, לפיכך, כתוצאה מכך.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"בונים פסקה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🧩 בונים פסקה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📘 רגיל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הבנה ומידע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כל שאלה וסמנו את התשובה הנכונה, או השלימו את החסר.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מהו הסדר המומלץ לפסקה בתשובת בגרות?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סיכום ← ציטוט ארוך ← טענה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טענה ← ביסוס ← הסבר ← סיכום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ביסוס ← טענה ← סיכום ← הסבר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רק ציטוטים, בלי הסבר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איזה משפט הוא משפט טענה?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כשהלמר קורא את המכתב הוא מתפרץ ומאשים אותה.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סיום "בית בובות" סגור ופתוח בעת ובעונה אחת.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בסוף נשמעת דלת נטרקת.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נורה רוקדת טרנטלה.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הסבר הוא חזרה על הציטוט במילים אחרות.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המילה "_______________" היא מילת קישור של תוצאה, ומתאימה לפתיחת משפט הסיכום.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איזו מילת קישור מבטאת ניגוד?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בנוסף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לכן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לעומת זאת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כי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איזו מילת קישור מבטאת סיבה?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משום 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כמו כן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לפיכך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אולם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בסיכום כדאי לחזור לטענה ולהוסיף מה היצירה מלמדת.      ◯ נכון   ◯ לא נכון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התאמה, סדר ומיון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בצעו את המשימות: מתחו קו, מספרו לפי הסדר, מיינו לטבלה וענו בקצרה.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סדרו את משפטי הפסקה על "בית בובות" לפי הסדר.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כשטורוואלד קורא את מכתבו של קרוגסטד הוא מתפרץ ודואג רק לשמו הטוב.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מבחינת הקונפליקט הסיום סגור: נורה הכריעה, ואין דרך חזרה למשחק הבובות.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סיום "בית בובות" סגור ופתוח בעת ובעונה אחת.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לכן משמעות הסיום היא לידה מחדש של עצמיות.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במערכה הראשונה טורוואלד קורא לנורה בכינויי חיבה ומתייחס אליה כאל ילדה.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מיינו כל משפט לתפקיד שלו בפסקה על "יגון".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דווקא בעל חיים "מקשיב" – החיה אנושית מבני האדם.   ·   יונה פונה לאיש הצבא, לצעירים, לשוער ולעגלון הצעיר.   ·   כך הביקורת הופכת לקריאה לאמפתיה ולמעורבות.   ·   בסוף הלילה יונה מספר הכול לסוסה.   ·   "יגון" מבקר חברה שאינה מקשיבה לכאבו של היחיד.   ·   החזרה על אותו דגם מראה שזו אדישות של חברה שלמה.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טענה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ביסוס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סיכום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התאימו בין מילת הקישור לבין התפקיד שלה.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בנוסף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הוספה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אולם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ניגוד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מפני ש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תוצאה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לפיכך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סיבה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לפניכם ביסוס: "בסוף נח מתחתן עם בת המוכסן, ומארינקא מציצה דרך סדק." כתבו משפט הסבר שמתאים לו.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כתיבה ופרשנות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פסקה שלמה. השתמשו במילות קישור.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כתבו משפט טענה לשאלה: "מה תפקיד הסוסה בסיפור יגון?"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13. הוסיפו לטענה שכתבתם ביסוס אחד מהסיפור והסבר אחד.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14. כתבו פסקה שלמה (טענה, שני ביסוסים, הסבר לכל ביסוס, סיכום) על אחת השאלות בעמוד "בונים פסקה". סמנו בצבע או בקו מתחת את ארבעת החלקים, והשתמשו בשתי מילות קישור לפחות.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מהם ארבעת חלקי הפסקה, לפי הסדר?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כתבו מילת קישור אחת של ניגוד ואחת של תוצאה.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השלימו: "החלק שהכי קשה לי בפסקה הוא... ואשפר אותו כך:..."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בונים פסקה – דף תרגול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