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ציטוט ← יצירה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"ציטוט ← יצירה": מזהים לאיזו יצירה שייך כל ציטוט קצר ובאיזה רגע הוא נאמר, ומסבירים את משמעותו. כל הציטוטים קצרים (עד 8 מילים) ולקוחים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„למי אספר את יגוני?“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„קודם כול אני אדם“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„מה יש בתיק השחור הגדוש עד להתפקע?“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הציטוט לבין הרגע שבו הוא נאמר.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ציטוט ליצירה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במזרח: „לבי במזרח ואנכי בסוף מערב“، „יקל בעיני עזוב כל טוב ספרד“ | מאחורי הגדר: „איני זזה מכאן, יהודים!“، „והציצה דרך סדק“ | בית בובות: „חובות כלפי עצמי“، „הדבר המופלא מכול“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ציטוט אחד מן הדף והסבירו מה הוא מלמד על הדמות או על הדובר.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מבוסס: למשל "קודם כול אני אדם" – נורה מגדירה את עצמה מחדש, לא רק כרעיה ואם.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 שמשלבת ציטוט אחד או שניים (עד 8 מילים כל אחד): טענה על יצירה אחת, ציטוט בהקשר שלו, הסבר וסיכום.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ציטוט קצר ומדויק עם הקשר ("כשהמורה ניגשת אליו בסוף..."); הסבר מה הציטוט מוכיח; סיכום.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ציטוט + יצירה נכונה, עם הקשר מדויק. ציטוט טוב: קצר, מדויק, בתוך מירכאות, ומוכיח את הטענה.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מיגון ומבית בובות בתרגום שבאתר; ציטוטי עגנון וקנז (עד 8 מילים)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"ציטוט ← יצירה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❝ ציטוט ← יצירה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מאיזה סיפור או שיר המילים? סמנו.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„למי אספר את יגוני?“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„קודם כול אני אדם“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בית בובות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התיק השחור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יגון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„מה יש בתיק השחור הגדוש עד להתפקע?“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התיק השחור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הציטוט לבין הרגע שבו הוא נאמר.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„כמו רוח רפאים“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עץ התפוח מושיט לנח שני תפוחים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„נסחף ומספר לה הכול“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מערכה ראשונה – טורוואלד פונה לנורה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„העפרונית הקטנה שלי“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המשפט האחרון ב"יגון"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„טול, שלך הם“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פתיחת "יגון" – יונה מכוסה שלג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כל ציטוט ליצירה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„חובות כלפי עצמי“   ·   „יקל בעיני עזוב כל טוב ספרד“   ·   „והציצה דרך סדק“   ·   „לבי במזרח ואנכי בסוף מערב“   ·   „איני זזה מכאן, יהודים!“   ·   „הדבר המופלא מכול“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ליבי במזרח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מאחורי הגדר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בחרו ציטוט אחד מן הדף והסבירו מה הוא מלמד על הדמות או על הדובר.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 שמשלבת ציטוט אחד או שניים (עד 8 מילים כל אחד): טענה על יצירה אחת, ציטוט בהקשר שלו, הסבר וסיכום.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כתבו ציטוט אחד ואת היצירה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באיזה רגע ביצירה נאמר הציטוט?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← יצירה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