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ציטוט ← יצירה – דף תרגול (עולים)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למשחק "ציטוט ← יצירה": מזהים לאיזו יצירה שייך כל ציטוט קצר ובאיזה רגע הוא נאמר, ומסבירים את משמעותו. כל הציטוטים קצרים (עד 8 מילים) ולקוחים מעמודי היצירות באתר.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עולים: גרסת עולים: מילון מילים בראש הדף, הוראות קצרות בעברית פשוטה, מחסן מילים להשלמות. מומלץ לעבוד בזוגות ולאפשר שימוש במילון.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„למי אספר את יגוני?“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יגון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„קודם כול אני אדם“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„מה יש בתיק השחור הגדוש עד להתפקע?“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התיק השחור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„עשיתי את אזני כדי שאשמע עוד“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מדירה לדירה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„מי הוא שזורע כאן?“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מאחורי הגדר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„איך אטעמה את אשר אוכל“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ליבי במזרח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„ריק. היא הלכה.“ היא שורת הסיום של טורוואלד ב"בית בובות".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חברו כל ציטוט לרגע שלו.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2–ב, 3–א, 4–ה,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מיינו: לאיזו יצירה שייך כל ציטוט?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ליבי במזרח: „לבי במזרח ואנכי בסוף מערב“، „יקל בעיני עזוב כל טוב ספרד“ | מאחורי הגדר: „איני זזה מכאן, יהודים!“، „והציצה דרך סדק“ | בית בובות: „חובות כלפי עצמי“، „הדבר המופלא מכול“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ציטוט אחד. מה הוא אומר על הדמות?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 מבוסס: למשל "קודם כול אני אדם" – נורה מגדירה את עצמה מחדש, לא רק כרעיה ואם.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פסקה על יצירה אחת. השתמשו בציטוט קצר אחד והסבירו אותו.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טענה ברורה; ציטוט קצר ומדויק עם הקשר ("כשהמורה ניגשת אליו בסוף..."); הסבר מה הציטוט מוכיח; סיכום.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ציטוט + יצירה נכונה, עם הקשר מדויק. ציטוט טוב: קצר, מדויק, בתוך מירכאות, ומוכיח את הטענה.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הציטוטים מיגון ומבית בובות בתרגום שבאתר; ציטוטי עגנון וקנז (עד 8 מילים)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"ציטוט ← יצירה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❝ ציטוט ← יצירה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🌍 עולים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📖 מילים שכדאי לדעת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בעברית קלה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English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ציטוט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מילים מדויקות מהיצירה, במירכאות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quotation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מירכאות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הסימן " " שמסביב לציטוט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quotation marks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ה"אני" שמדבר בשיר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speaker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דמות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אדם (או חיה) בתוך היצירה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character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תחילת היצירה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opening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סוף היצירה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ending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הקשר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איפה ומתי נאמרו המילים ביצירה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context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משמעות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המילים אומרות לנו באמת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meaning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הבנה ומידע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מאיזה סיפור או שיר המילים? סמנו.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„למי אספר את יגוני?“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מאחורי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ליבי במזרח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„קודם כול אני אדם“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מאחורי הגדר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„מה יש בתיק השחור הגדוש עד להתפקע?“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יגון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„עשיתי את אזני כדי שאשמע עוד“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ליבי במזרח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התיק השחור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„מי הוא שזורע כאן?“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מאחורי הגדר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בית בובות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יגון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„איך אטעמה את אשר אוכל“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התיק השחור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יגון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ליבי במזרח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מדירה לדירה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„ריק. היא הלכה.“ היא שורת הסיום של טורוואלד ב"בית בובות".      ◯ נכון   ◯ לא נכון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התאמה, סדר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חברו בקו, מספרו, 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חברו כל ציטוט לרגע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„כמו רוח רפאים“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מערכה ראשונה – טורוואלד פונה לנורה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„נסחף ומספר לה הכול“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המשפט האחרון ב"יגון"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„העפרונית הקטנה שלי“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 "התיק השחור" – היד על העורף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„טול, שלך הם“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פתיחת "יגון" – יונה מכוסה שלג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„אפף אותו בנועם שלא ידע כמוהו“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עץ התפוח מושיט לנח שני תפוחים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מיינו: לאיזו יצירה שייך כל ציטוט?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„חובות כלפי עצמי“   ·   „יקל בעיני עזוב כל טוב ספרד“   ·   „איני זזה מכאן, יהודים!“   ·   „לבי במזרח ואנכי בסוף מערב“   ·   „והציצה דרך סדק“   ·   „הדבר המופלא מכול“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ליבי במזרח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מאחורי הגדר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בית בובות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 ופרשנות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משפטים מלאים. השתמשו בדוגמה מהסיפור.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בחרו ציטוט אחד. מה הוא אומר על הדמות?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כתבו פסקה על יצירה אחת. השתמשו בציטוט קצר אחד והסבירו אותו.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ציטוט אחד ואת היצירה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באיזה רגע ביצירה נאמר הציטוט?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השלימו: "ציטוט טוב בתשובה הוא..."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ציטוט ← יצירה – דף תרגול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