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ציטוט ← יצירה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"ציטוט ← יצירה": מזהים לאיזו יצירה שייך כל ציטוט קצר ובאיזה רגע הוא נאמר, ומסבירים את משמעותו. כל הציטוטים קצרים (עד 8 מילים) ולקוחים מעמודי היצירות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„למי אספר את יגוני?“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יגון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„קודם כול אני אדם“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בית בובות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„מה יש בתיק השחור הגדוש עד להתפקע?“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התיק השחור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„עשיתי את אזני כדי שאשמע עוד“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מדירה לדירה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„מי הוא שזורע כאן?“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מאחורי הגדר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„איך אטעמה את אשר אוכל“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ליבי במזרח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„ריק. היא הלכה.“ היא שורת הסיום של טורוואלד ב"בית בובות".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הציטוט לבין הרגע שבו הוא נאמר.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2–ב, 3–ג, 4–ה, 5–א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ציטוט ליצירה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ליבי במזרח: „לבי במזרח ואנכי בסוף מערב“، „יקל בעיני עזוב כל טוב ספרד“ | מאחורי הגדר: „איני זזה מכאן, יהודים!“، „והציצה דרך סדק“ | בית בובות: „חובות כלפי עצמי“، „הדבר המופלא מכול“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אומר "רוצה עוד קולה?" ב"התיק השחור", ומה השאלה הקטנה הזאת מראה על הקשר?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האב. דיאלוג מינימלי וריק: מדברים, אבל לא על מה שחשוב – הנתק בין האב לבן.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המשותף לשני הציטוטים „מי הוא שזורע כאן?“ ו„והציצה דרך סדק“?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שניהם קשורים לגדר ולפתח בה: בתחילה הנקב פותח קשר, ובסוף הסדק הוא רק חלון של צפייה מבחוץ.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ציטוט אחד מן הדף והסבירו מה הוא מלמד על הדמות או על הדובר.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מבוסס: למשל "קודם כול אני אדם" – נורה מגדירה את עצמה מחדש, לא רק כרעיה ואם.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בתשובת בגרות מצטטים רק מילים ספורות, ולא קטע ארוך?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 הציטוט צריך להוכיח את הטענה; את השאר עושה ההסבר. ציטוט ארוך מחליף חשיבה בהעתקה.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 שמשלבת ציטוט אחד או שניים (עד 8 מילים כל אחד): טענה על יצירה אחת, ציטוט בהקשר שלו, הסבר וסיכום.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 ברורה; ציטוט קצר ומדויק עם הקשר ("כשהמורה ניגשת אליו בסוף..."); הסבר מה הציטוט מוכיח; סיכום.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ציטוט + יצירה נכונה, עם הקשר מדויק. ציטוט טוב: קצר, מדויק, בתוך מירכאות, ומוכיח את הטענה.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מיגון ומבית בובות בתרגום שבאתר; ציטוטי עגנון וקנז (עד 8 מילים) –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"ציטוט ← יצירה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❝ ציטוט ← יצירה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ציטוט וסמנו לאיזו יצירה הוא שייך.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„למי אספר את יגוני?“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מדירה לדירה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יגון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מאחורי הגדר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ליבי במזרח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„קודם כול אני אדם“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בית בובות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התיק השחור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יגון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מאחורי הגדר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„מה יש בתיק השחור הגדוש עד להתפקע?“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מדירה לדירה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בית בובות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התיק השחור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יגון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„עשיתי את אזני כדי שאשמע עוד“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יגון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מדירה לדירה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ליבי במזרח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התיק השחור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„מי הוא שזורע כאן?“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מאחורי הגדר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בית בובות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מדירה לדירה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יגון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„איך אטעמה את אשר אוכל“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התיק השחור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יגון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ליבי במזרח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מדירה לדירה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„ריק. היא הלכה.“ היא שורת הסיום של טורוואלד ב"בית בובות".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בצעו את המשימות: מתחו קו, מספרו לפי הסדר, מיינו לטבלה וענו בקצרה.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בין הציטוט לבין הרגע שבו הוא נאמר.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„כמו רוח רפאים“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 "התיק השחור" – היד על העורף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„נסחף ומספר לה הכול“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האחרון ב"יגון"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„העפרונית הקטנה שלי“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מערכה ראשונה – טורוואלד פונה לנורה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„טול, שלך הם“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פתיחת "יגון" – יונה מכוסה שלג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„אפף אותו בנועם שלא ידע כמוהו“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עץ התפוח מושיט לנח שני תפוחים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כל ציטוט ליצירה שלו.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„והציצה דרך סדק“   ·   „חובות כלפי עצמי“   ·   „לבי במזרח ואנכי בסוף מערב“   ·   „הדבר המופלא מכול“   ·   „יקל בעיני עזוב כל טוב ספרד“   ·   „איני זזה מכאן, יהודים!“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ליבי במזרח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מאחורי הגדר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בית בובות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מי אומר "רוצה עוד קולה?" ב"התיק השחור", ומה השאלה הקטנה הזאת מראה על הקשר?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מה המשותף לשני הציטוטים „מי הוא שזורע כאן?“ ו„והציצה דרך סדק“?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תשובות מלאות. בתשובה הארוכה הקפידו על טענה, ביסוס (דוגמה מהיצירה), הסבר וסיכום.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בחרו ציטוט אחד מן הדף והסבירו מה הוא מלמד על הדמות או על הדובר.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למה בתשובת בגרות מצטטים רק מילים ספורות, ולא קטע ארוך?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פסקה בנוסח בגרות שמשלבת ציטוט אחד או שניים (עד 8 מילים כל אחד): טענה על יצירה אחת, ציטוט בהקשר שלו, הסבר וסיכום.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ציטוט אחד ואת היצירה שלו.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באיזה רגע ביצירה נאמר הציטוט?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"ציטוט טוב בתשובה הוא..."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ציטוט ← יצירה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